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המפה החברתית שלנו: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מעגלי תמיכה ולזהות את המעגלים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קריאה של רשת חברתית כיתתית ולזהות מי עלול להישאר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התמודדות עם מצבי הדרה מתוך אמפתיה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לגבש פעולה אישית קטנה שמחזקת שייכות וחוסן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מעגלי התמיכה שלי – היכרות עם המעגלים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קרובים ומשמעותיים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פחות קרוב מהמעגל הפנימי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מעגלי התמיכה שלי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אחד מעגלי תמיכה שונים ואישיים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קשרים יכולים להתחזק ולהשתנות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יכולים לכלול גם חברים, מורים ואחרים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מעגלי התמיכה שלי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בינוני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מעגלי התמיכה שלי – התבוננות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הגיוני לקרבה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אדם חווה קשרים שונים; קרבה תלויה בחוויה האישית ולא בתפקיד הרשמי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דילמות של הכלה והדרה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שבו מישהו נשאר מחוץ לקבוצה או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פעולה שגורמת למישהו להרגיש שייך ומוזמן להשתתף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למקם אנשים לפי רמת הקרבה שלנו אליהם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דילמות של הכלה והדרה – מה עושים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(אפשר לגשת ולהזמין אותו/ה להצטרף)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(אפשר להציע לשלב אותו/ה בתפקיד מסוים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(חשוב להקשיב בלי לשפוט ולהציע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לחשוב יחד על דרך לכלול עוד משתתפים)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דילמות של הכלה והדרה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מצב יכולות להיות כמה דרכי פעולה אפשריות, ולא כולן מתאימות לכל סיטואציה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אחד יכול לפעול להכלה, גם אם הוא לא במעגל התמיכה הקרוב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דילמות של הכלה והדרה – כתיבה ויישום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כמה אני יודע/ת על שייכות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תרשים המראה קשרים בין אנשים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קבוצות אנשים לפי קרבה ותמיכה שאנחנו מרגישים כלפיהם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להרגיש חלק מהקבוצה ומקובל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כמה אני יודע/ת על שייכות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קשרים חברתיים תומכים מחזקים את היכולת להתמודד עם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אנשים שונים נמצאים במעגלים שונים, בהתאם לקרבה ולתמיכה שמרגישים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כמה אני יודע/ת על שייכות – חשיבה והתנסות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כמה אני יודע/ת על שייכות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מהמילים למעשים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המעגלים ממקמים אנשים לפי קרבה ותמיכה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גלגל השיחה נועד לעורר שיחה על שייכות וחוסן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מהמילים למעשים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ברת 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מהמילים למעשים – כתיבה והתחייבות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למקם אנשים לפי מידת הקרבה והתמיכה שהם נותנים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בחר במי כחבר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מצבים שבהם מישהו נשאר 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של בדידות או חוסר חברים, עם הסבר 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הסבר ברור על ההבדל בין מעגל קרוב, בינוני ורחוק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תיאור של סימן אחד קונקרטי (למשל ישיבה לבד, חוסר שיתוף) ולא תשובה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פעולה קונקרטית וישימה, לא סיסמה כללית כמו 'להיות נחמד/ה'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לפרוס את החוברת על פני כמה שיעורים ולא לעשות הכול ברצף אחד, כדי לאפשר עיבוד 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הדילמות כדאי לוודא אווירת כיתה בטוחה ולהזכיר שאין חובה לשתף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הכתיבה בפרק הרשת החברתית לתלמידים מתקשים – דרך ציור במקום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ההתחייבות האישית אפשר לאפשר בחירה בין כתיבה לשיחה בעל פה למי שמתקשה 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המפה החברתית שלנו: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יחד את מושגי השייכות והחוסן דרך משימות קצרות. עברו על הפרקים לפי הסדר, כתבו בכנות אך בזהירות – אין תשובות נכונות או לא נכונות ברגשות. בסיום כל פרק אפשר לשתף בזוגות או בקבוצה קטנה אם נעים 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קרוב  ·  שיחה  ·  ברת ביצוע  ·  בינוני  ·  שייך  ·  שייכות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מעגלי התמיכה שלי – היכרות עם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מעגלי תמיכה מופיעים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בדרך כלל נמצא במעגל הקרוב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אנשים זרים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אנשים קרובים ומשמעותיים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אנשים שפגשנו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מעגל רחוק יותר מתאר קשר: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חזק מאוד ויומיומי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פחות קרוב מהמעגל הפנימי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קיים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מעגלי התמיכה שלי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אדם יש בדיוק את אותו הרכב מעגלים כמו לחברים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שאדם יעבור ממעגל רחוק למעגל קרוב יותר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מעגלי התמיכה עוסקים רק בבני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מעגלי התמיכה שלי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אדם שנמצא איתי כל יום ותומך בי משמעותית שייך למעגל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אדם שאני מכיר אבל פחות קרוב אליו שייך למעגל ה__________ או הרחוק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מעגלי התמיכה שלי – התבוננות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שם של דמות (בלי לפרט פרטים מזהים) שהייתם ממקמים במעגל הקרוב שלכם, ונמקו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מדוע ייתכן שלשני תלמידים באותה כיתה יהיו מעגלי תמיכה שונים לגמרי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3 · דילמות של הכלה והדרה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'הדרה' במצב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 שבו מישהו נשאר מחוץ לקבוצה או לפעילות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מצב שבו כולם משתתפים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חדש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'הכלה'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התעלמות ממי שלבד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פעולה שגורמת למישהו להרגיש שייך ומוזמן 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הרחקת מישהו מהקבוצה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מעגלי התמיכה שבפעילות עוזרים לנו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לשכוח מי החברים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למקם אנשים לפי רמת הקרבה שלנו אליהם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לדרג ציונים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3 · דילמות של הכלה והדרה – מה עושים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רואים מישהו לבד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אפשר להציע לשלב אותו/ה בתפקיד מסוים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קבוצת עבודה לא רוצה לצרף תלמיד/ה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לחשוב יחד על דרך לכלול עוד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מישהו מספר שהרגיש מודר/ת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אפשר לגשת ולהזמין אותו/ה להצטרף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משחק בהפסקה עם מקום מוגבל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חשוב להקשיב בלי לשפוט ולהציע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דילמות של הכלה והדרה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כשחושבים על דילמת הכלה, תמיד יש פתרון אחד נכון שמתאים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לעזור למישהו שנשאר בחוץ גם בלי להיות החבר/ה הכי קרוב/ה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דילמות של הכלה והדרה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4 · כמה אני יודע/ת על שייכות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מפה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תרשים המראה קשרים בין אנשים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מפה של רחובות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ציונים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מהם מעגלי התמיכה?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דרכים לחלק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קבוצות אנשים לפי קרבה ותמיכה שאנחנו מרגישים כלפיהם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משחקי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הכוונה ב'שייכות' בהקשר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להיות הכי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להרגיש חלק מהקבוצה ומקובל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לשבת תמיד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כמה אני יודע/ת על שייכות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חוסן אישי יכול להתחזק כשיש לנו רשת תמיכה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במפה החברתית כל התלמידים תמיד נמצאים באותו מעגל תמיכה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כמה אני יודע/ת על שייכות – חשיבה והתנסות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תלמיד מרגיש בודד, חברים יכולים לעזור לו להרגיש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כמה אני יודע/ת על שייכות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מהמילים למעשים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מעגלי התמיכה שלי מחולקים לשלושה מעגלים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גלגל השיחה היא לבדוק ציונים בלימודים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מהמילים למעשים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שאף אחד לא יישאר בחוץ אפשר להזמין חבר או חברה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התחייבות אישית צריכה להיות קטנה ו__________ כדי שאפשר לעמוד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שאלה אפשרית בגלגל השיחה היא: מתי הרגשתי __________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מהמילים למעשים – כתיבה והתחייבות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 מעגלי התמיכה?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למקם אנשים לפי מידת הקרבה והתמיכה שהם נותנים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לדרג חברים לפי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את חברי הכיתה הכי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ברשת הכיתה הבדויה, מה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 הכי גבוה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בחר במי כחבר או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הכי מהר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כרטיסי הדילמה עוסקים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מבחנים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מצבים שבהם מישהו נשאר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משחקי כדורסל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תלמיד או תלמידה שלדעתכם עלולים להרגיש מודרים ברשת כיתתית,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מהם שלושת מעגלי התמיכה ולתת דוגמה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לזהות סימן לכך שמישהו בכיתה מרגיש מחוץ לרשת החברתית?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המפה החברתית שלנו: חוסן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