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מעגלי תמיכה ולזהות את המעגלים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קריאה של רשת חברתית כיתתית ולזהות מי עלול להישאר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התמודדות עם מצבי הדרה מתוך אמפתיה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פעולה אישית קטנה שמחזקת שייכות וחוסן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 התמיכה שלי – היכרות עם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קרובים ומשמעותיים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פחות קרוב מהמעגל הפנימי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למקם אנשים לפי קרבה בתמיכה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 התמיכה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אחד מעגלי תמיכה שונים ואישיים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קשרים יכולים להתחזק ולהשתנות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יכולים לכלול גם חברים, מורים ואחרים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בפתיח לפעילות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 התמיכה שלי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בינוני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 התמיכה שלי – התבוננות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נימוק הגיוני לקרבה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אדם חווה קשרים שונים; קרבה תלויה בחוויה האישית ולא בתפקיד הרשמי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להשקיע זמן, לשוחח, לעזור, ליצור אמון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דילמות של הכלה והדרה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שבו מישהו נשאר מחוץ לקבוצה או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פעולה שגורמת למישהו להרגיש שייך ומוזמן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למקם אנשים לפי רמת הקרבה שלנו אליהם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לפעמים יש תלמיד או תלמידה שלא נבחרו על ידי 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דילמות של הכלה והדרה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(אפשר לגשת ולהזמין אותו/ה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(אפשר להציע לשלב אותו/ה בתפקיד מסוים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(חשוב להקשיב בלי לשפוט ולהציע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לחשוב יחד על דרך לכלול עוד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(אפשר לדבר עם החבר בשקט ולהסביר איך זה מרגיש)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דילמות של הכלה והדרה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מצב יכולות להיות כמה דרכי פעולה אפשריות, ולא כולן מתאימות לכל סיטואציה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אחד יכול לפעול להכלה, גם אם הוא לא במעגל התמיכה הקרוב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שתיקה מאפשרת להדרה להימשך, ואפשר לפעול בדרכים עדינות כדי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דילמות של הכלה והדרה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מצב מוחשי והצעת פעולה מכבדת ועדינה, כמו הזמנה שקטה או שיחה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לדבר בשקט עם מי שמדיר ולהסביר את ההשפעה, או להציע ישירות לצרף את מי שהודר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אנשים שנמצאים מחוץ לרשת עלולים להרגיש בודדים, ותשומת לב מוקדמת יכולה למנוע תחושת ניכור ולחזק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כמה אני יודע/ת על שייכות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תרשים המראה קשרים בין אנשים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קבוצות אנשים לפי קרבה ותמיכה שאנחנו מרגישים כלפיהם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להרגיש חלק מהקבוצה ומקובל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מרגיש מנותק ולא שייך לקבוצה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כמה אני יודע/ת על שייכות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קשרים חברתיים תומכים מחזקים את היכולת להתמודד עם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שונים נמצאים במעגלים שונים, בהתאם לקרבה ולתמיכה שמרגישים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שימת לב, הזמנה לשיחה ושיתוף יכולים לעזור למישהו להרגיש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רשת כיתתית מראה קשרים חברתיים, לא הישגים לימודיים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כמה אני יודע/ת על שייכות – חשיבה והתנסות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כמה אני יודע/ת על שייכות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מציאותי והצעת פעולה כמו הזמנה לשיחה או לשתף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פעולה קונקרטי, למשל: אשב לידו בהפסקה ואשוחח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תחושת שייכות תורמת לביטחון עצמי, לחוסן ולהצלחה חברתית ולימודית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מהמילים למעשים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המעגלים ממקמים אנשים לפי קרבה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גלגל השיחה נועד לעורר שיחה על שייכות וחוסן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סביר יותר שהיא תתקיים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ממטרות השיעור – שלא יישאר אף אחד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מהמילים למעשים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ברת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תומכים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מהמילים למעשים – כתיבה והתחייבות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קטנה, ריאלית וברת ביצוע, הקשורה לשייכות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לשייכות או לחוסן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לגשת, להזמין לשיחה או לפעילות, לשתף מבוגר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 יותר לעמוד בה וכך נבנית תחושת הצלחה ואמון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למקם אנשים לפי מידת הקרבה והתמיכה שהם נותנים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בחר במי כחבר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מצבים שבהם מישהו נשאר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לבנות התחייבות אישית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משפחה וחברים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על אפשרות שהוא מרגיש מודר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כולם עוסקים בחוסן ושייכות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של בדידות או חוסר חברים, עם הסבר סביר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מישהו נשאר בחוץ ופתרון מעשי כמו הזמנה למשחק או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פעולות קונקרטיות כמו לדבר עם מישהו שלבד, להזמין לשבת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הסבר ברור על ההבדל בין מעגל קרוב, בינוני ורחוק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תיאור של סימן אחד קונקרטי (למשל ישיבה לבד, חוסר שיתוף) ולא תשובה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טובה: פעולה קונקרטית וישימה, לא סיסמה כללית כמו 'להיות נחמד/ה'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כמה שיעורים ולא לעשות הכול ברצף אחד, כדי לאפשר עיבוד 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הדילמות כדאי לוודא אווירת כיתה בטוחה ולהזכיר שאין חובה לשתף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הכתיבה בפרק הרשת החברתית לתלמידים מתקשים – דרך ציור במקום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ההתחייבות האישית אפשר לאפשר בחירה בין כתיבה לשיחה בעל פה למי שמתקשה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המפה החברתית שלנו: חוסן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על שייכות וחוסן. עושים את הפרקים לפי הסדר. כותבים לאט ובכנות. אפשר לספר לחבר או לחברה אם רוצים.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תיאור של הקשרים בין אנשים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 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של אנשים קרובים אליי לפי מידת הקרבה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מהקבוצה ושיש לי מקום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קשיים ולחזור לאיזון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הקשרים בין התלמידים בכיתה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שכל אחד ירגיש שייך ולא יישאר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מישהו נשאר מחוץ לקבוצה או לפעילות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להחליט בין כמה אפשרויות לא פשוטות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להבין ולהרגיש את מה שעובר על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קטנה שמחליטים לעשות כדי לשפר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מעגלי התמיכה שלי – היכרות עם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מעגלים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בדרך כלל נמצא במעגל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זרים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קרובים ומשמעותיים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שפגשנו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דמויות מסרטים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מעגל רחוק יותר מתאר קשר: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 מאוד ויומיומי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פחות קרוב מהמעגל הפנימי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קיים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עם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מטרת הפעילות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לדרג מי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למקם אנשים לפי קרבה בתמיכה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כישורי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מעגלי התמיכה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בדיוק את אותו הרכב מעגלים כמו לחברים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שאדם יעבור ממעגל רחוק למעגל קרוב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 התמיכה עוסקים רק בבני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המידע שממלאים בפעילות נשמר רק אצל הכותב ואינו נשלח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מעגלי התמיכה שלי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שנמצא איתי כל יום ותומך בי משמעותית שייך למעגל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שאני מכיר אבל פחות קרוב אליו שייך למעגל ה__________ או הרחוק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מעגלי התמיכה שלי – התבוננות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דמות (בלי לפרט פרטים מזהים) שהייתם ממקמים במעגל הקרוב שלכם,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ייתכן שלשני תלמידים באותה כיתה יהיו מעגלי תמיכה שונים לגמרי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כדי שמעגל בינוני יהפוך למעגל קרוב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דילמות של הכלה והדרה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הדרה היא מצב שבו...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מישהו נשאר מחוץ לקבוצה או לפעילות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כולם משתתפים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הכלה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ממי שלבד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שגורמת למישהו להרגיש שייך ומוזמן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הרחקת מישהו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יחידים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מעגלי התמיכה שבפעילות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מי החברים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למקם אנשים לפי רמת הקרבה שלנו אליהם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לדרג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ברשת הכיתתית אפשר לגלות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תמיד מרגישים שייכים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 יש תלמיד או תלמידה שלא נבחרו על ידי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לשים לב למי נמצא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הרשת תמיד נראית אותו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דילמות של הכלה והדרה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רואים מישהו לבד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להציע לשלב אותו/ה בתפקיד מסוים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קבוצת עבודה לא רוצה לצרף תלמיד/ה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חשוב להקשיב בלי לשפוט ולהציע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מספר שהרגיש מודר/ת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לחשוב יחד על דרך לכלול עוד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בהפסקה עם מקום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לדבר עם החבר בשקט ולהסביר איך זה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מישהו רואה חבר מדיר תלמיד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 לגשת ולהזמין אותו/ה להצטרף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דילמות של הכלה והדרה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כשחושבים על דילמת הכלה, תמיד יש פתרון אחד נכון שמתאים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לעזור למישהו שנשאר בחוץ גם בלי להיות החבר/ה הכי קרוב/ה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שתיקה כשרואים הדרה היא תמיד הבחירה הבטוחה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דילמות של הכלה והדרה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מישהו בכיתה נשאר בחוץ, ומה הייתם עושים כדי לעזור בלי לבייש אף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שונות להגיב כאשר חבר/ה מדיר תלמיד/ה אחר/ת מקבוצה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לשים לב למי נמצא במעגל הרחוק או מחוץ לרשת הכיתתית?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כמה אני יודע/ת על שייכות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מפה חברתית מראה...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תרשים המראה קשרים בין אנשים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רחובות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 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מעגלי התמיכה?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דרכים לחלק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קבוצות אנשים לפי קרבה ותמיכה שאנחנו מרגישים כלפיהם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בקבוצות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ב'שייכות' בהקשר 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חלק מהקבוצה ומקובל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תמיד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הכי הרבה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כשמישהו 'נשאר בחוץ' ברשת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מרגיש מנותק ולא שייך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מקבל ציון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לא קורה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כמה אני יודע/ת על שייכות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יכול להתחזק כשיש לנו רשת תמיכה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במפה החברתית כל התלמידים תמיד נמצאים באותו מעגל תמיכה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לפעול כדי שאף אחד לא יישאר בחוץ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כיתתית מראה רק מי הכי חכם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כמה אני יודע/ת על שייכות – חשיבה והתנסות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תלמיד מרגיש בודד, חברים יכולים לעזור לו להרגיש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האישי שלנו מתחזק כשיש לנו אנשים שתומכים בנו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כמה אני יודע/ת על שייכות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שמתם לב שמישהו בכיתה נמצא 'בחוץ', ומה אפשר היה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התחייבות אישית אחד שיעזור לחבר/ה להרגיש שייכים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שלכל אחד בכיתה יהיה מישהו במעגל התמיכה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מהמילים למעשים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 התמיכה שלי מחולקים לשלושה מעגלים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גלגל השיחה היא לבדוק ציונים בלימודים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אישית אמורה להיות פעולה קטנה שאפשר לעמוד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לשים לב אם מישהו בכיתה נשאר מחוץ לרשת החברתית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מהמילים למעשים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שאף אחד לא יישאר בחוץ אפשר להזמין חבר או חברה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התחייבות אישית צריכה להיות קטנה ו__________ כדי שאפשר לעמוד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אפשרית בגלגל השיחה היא: מתי הרגשתי __________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לחזק שייכות אפשר לשים לב מי יושב __________ ולגשת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מעגל התמיכה הקרוב ביותר כולל אנשים ש__________ בי הכי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מהמילים למעשים – כתיבה והתחייבות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התחייבות אישית קטנה אחת שתוכלו לקיים השבוע כדי לחזק שייכות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אחת מגלגל השיחה וכתבו תשובה אישית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תוכלו לעשות אם תשימו לב שמישהו נשאר מחוץ למעגל החברתי?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התחייבות קטנה וברת ביצוע עדיפה על הבטחה גדולה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מעגלי התמיכה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למקם אנשים לפי מידת הקרבה והתמיכה שהם נותנים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לדרג חברים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חברי הכיתה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ברשת הכיתה בודקים...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הכי גבוה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בחר במי כחבר או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מהר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יושב הכי קרוב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כרטיסי הדילמה עוסקים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מבחנים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מצבים שבהם מישהו נשאר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טיולים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יש בחידון השייכות?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בפרק מהמילים למעשים?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התחייבות אישית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מעגל התמיכה הקרוב ביותר אלינו כולל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מכרים רחוקים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וחברים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שלא מכירים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זרים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כשחברים ברשת הכיתה לא בוחרים באף אחד, מה זה עשוי להצביע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כך שהוא נמצא במעגל פנימי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אפשרות שהוא מרגיש מודר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כך שהוא הכי פופולרי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טעות בשאלון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משותף לכל חלקי הפעילות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בחוסן ושייכות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עוסקים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דורשים כתיבת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משחקי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תלמיד או תלמידה שלדעתכם עלולים להרגיש מודרים ברשת כיתתית,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לדילמה של הכלה או הדרה, ואיך הייתם פותרים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שתי פעולות קטנות שתוכלו לעשות השבוע כדי לחזק את תחושת השייכות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מהם שלושת מעגלי התמיכה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לזהות סימן לכך שמישהו בכיתה מרגיש מחוץ לרשת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קבעתי לעצמי פעולה אחת קטנה וברורה לחיזוק שייכות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המפה החברתית שלנו: חוסן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